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7F4" w:rsidRPr="00DD6770" w:rsidRDefault="00DD6770" w:rsidP="00DD6770">
      <w:pPr>
        <w:pStyle w:val="Ttulo2"/>
        <w:jc w:val="center"/>
        <w:rPr>
          <w:color w:val="000000" w:themeColor="text1"/>
          <w:u w:val="single"/>
          <w:lang w:val="es-PE"/>
        </w:rPr>
      </w:pPr>
      <w:r w:rsidRPr="00DD6770">
        <w:rPr>
          <w:b w:val="0"/>
          <w:bCs w:val="0"/>
          <w:noProof/>
          <w:u w:val="single"/>
          <w:lang w:val="es-PE"/>
        </w:rPr>
        <w:drawing>
          <wp:anchor distT="0" distB="0" distL="114300" distR="114300" simplePos="0" relativeHeight="251658752" behindDoc="0" locked="0" layoutInCell="1" allowOverlap="1" wp14:anchorId="3D0AA993" wp14:editId="5D1831DC">
            <wp:simplePos x="0" y="0"/>
            <wp:positionH relativeFrom="column">
              <wp:posOffset>4098252</wp:posOffset>
            </wp:positionH>
            <wp:positionV relativeFrom="paragraph">
              <wp:posOffset>-600467</wp:posOffset>
            </wp:positionV>
            <wp:extent cx="2203374" cy="959485"/>
            <wp:effectExtent l="0" t="0" r="0" b="5715"/>
            <wp:wrapNone/>
            <wp:docPr id="8752916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91624" name="Imagen 875291624"/>
                    <pic:cNvPicPr/>
                  </pic:nvPicPr>
                  <pic:blipFill rotWithShape="1">
                    <a:blip r:embed="rId6"/>
                    <a:srcRect l="20713" t="27964" r="24371" b="24038"/>
                    <a:stretch/>
                  </pic:blipFill>
                  <pic:spPr bwMode="auto">
                    <a:xfrm>
                      <a:off x="0" y="0"/>
                      <a:ext cx="2203374" cy="95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770">
        <w:rPr>
          <w:color w:val="000000" w:themeColor="text1"/>
          <w:u w:val="single"/>
          <w:lang w:val="es-PE"/>
        </w:rPr>
        <w:t>FICHA DE INSCRIPCIÓN</w:t>
      </w:r>
    </w:p>
    <w:p w:rsidR="004D67F4" w:rsidRPr="00DD6770" w:rsidRDefault="00000000">
      <w:pPr>
        <w:pStyle w:val="Ttulo3"/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Datos Personales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Nombres y Apellidos: ______________________________________________</w:t>
      </w:r>
    </w:p>
    <w:p w:rsidR="00E91F69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 xml:space="preserve">DNI </w:t>
      </w:r>
      <w:r w:rsidR="00E91F69">
        <w:rPr>
          <w:color w:val="000000" w:themeColor="text1"/>
          <w:lang w:val="es-PE"/>
        </w:rPr>
        <w:t xml:space="preserve">: </w:t>
      </w:r>
      <w:r w:rsidRPr="00DD6770">
        <w:rPr>
          <w:color w:val="000000" w:themeColor="text1"/>
          <w:lang w:val="es-PE"/>
        </w:rPr>
        <w:t>______________________________________________</w:t>
      </w:r>
    </w:p>
    <w:p w:rsidR="004D67F4" w:rsidRPr="00DD6770" w:rsidRDefault="00E91F69">
      <w:pPr>
        <w:rPr>
          <w:color w:val="000000" w:themeColor="text1"/>
          <w:lang w:val="es-PE"/>
        </w:rPr>
      </w:pPr>
      <w:r>
        <w:rPr>
          <w:color w:val="000000" w:themeColor="text1"/>
          <w:lang w:val="es-PE"/>
        </w:rPr>
        <w:t>CMP</w:t>
      </w:r>
      <w:r w:rsidR="00000000" w:rsidRPr="00DD6770">
        <w:rPr>
          <w:color w:val="000000" w:themeColor="text1"/>
          <w:lang w:val="es-PE"/>
        </w:rPr>
        <w:t>: ______________________________________________</w:t>
      </w:r>
    </w:p>
    <w:p w:rsidR="004D67F4" w:rsidRPr="00DD6770" w:rsidRDefault="00000000" w:rsidP="00DD677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Especialidad: ______________________________________________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Dirección: ______________________________________________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Teléfono: ______________________________________________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Correo electrónico: ______________________________________________</w:t>
      </w:r>
    </w:p>
    <w:p w:rsidR="004D67F4" w:rsidRPr="00DD6770" w:rsidRDefault="00000000">
      <w:pPr>
        <w:pStyle w:val="Ttulo3"/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Datos Profesionales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Centro laboral actual: ______________________________________________</w:t>
      </w:r>
    </w:p>
    <w:p w:rsidR="004D67F4" w:rsidRPr="00DD6770" w:rsidRDefault="00E91F69">
      <w:pPr>
        <w:rPr>
          <w:color w:val="000000" w:themeColor="text1"/>
          <w:lang w:val="es-PE"/>
        </w:rPr>
      </w:pPr>
      <w:r>
        <w:rPr>
          <w:color w:val="000000" w:themeColor="text1"/>
          <w:lang w:val="es-PE"/>
        </w:rPr>
        <w:t>Tecnología Láser con la que Trabaja</w:t>
      </w:r>
      <w:r w:rsidR="00000000" w:rsidRPr="00DD6770">
        <w:rPr>
          <w:color w:val="000000" w:themeColor="text1"/>
          <w:lang w:val="es-PE"/>
        </w:rPr>
        <w:t>: ______________________________________________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Dirección del centro laboral: ______________________________________________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Teléfono: ______________________________________________</w:t>
      </w:r>
    </w:p>
    <w:p w:rsidR="004D67F4" w:rsidRPr="00DD6770" w:rsidRDefault="00000000">
      <w:pPr>
        <w:pStyle w:val="Ttulo3"/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Compromiso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 xml:space="preserve">Declaro mi voluntad de incorporarme como miembro de la Asociación Peruana de Láser Médico Quirúrgico – </w:t>
      </w:r>
      <w:r w:rsidRPr="00DD6770">
        <w:rPr>
          <w:b/>
          <w:bCs/>
          <w:color w:val="000000" w:themeColor="text1"/>
          <w:lang w:val="es-PE"/>
        </w:rPr>
        <w:t>APLAMEQ,</w:t>
      </w:r>
      <w:r w:rsidRPr="00DD6770">
        <w:rPr>
          <w:color w:val="000000" w:themeColor="text1"/>
          <w:lang w:val="es-PE"/>
        </w:rPr>
        <w:t xml:space="preserve"> comprometiéndome a cumplir con sus estatutos, reglamentos y disposiciones.</w:t>
      </w:r>
      <w:r w:rsidRPr="00DD6770">
        <w:rPr>
          <w:color w:val="000000" w:themeColor="text1"/>
          <w:lang w:val="es-PE"/>
        </w:rPr>
        <w:br/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Lugar y Fecha: ______________________________________________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Firma del Postulante: ______________________________________________</w:t>
      </w:r>
    </w:p>
    <w:p w:rsidR="004D67F4" w:rsidRPr="00DD6770" w:rsidRDefault="00D33E98">
      <w:pPr>
        <w:pStyle w:val="Ttulo3"/>
        <w:rPr>
          <w:color w:val="000000" w:themeColor="text1"/>
          <w:lang w:val="es-PE"/>
        </w:rPr>
      </w:pPr>
      <w:r>
        <w:rPr>
          <w:color w:val="000000" w:themeColor="text1"/>
          <w:lang w:val="es-PE"/>
        </w:rPr>
        <w:t>Recomendado</w:t>
      </w:r>
      <w:r w:rsidR="00000000" w:rsidRPr="00DD6770">
        <w:rPr>
          <w:color w:val="000000" w:themeColor="text1"/>
          <w:lang w:val="es-PE"/>
        </w:rPr>
        <w:t xml:space="preserve"> </w:t>
      </w:r>
      <w:r>
        <w:rPr>
          <w:color w:val="000000" w:themeColor="text1"/>
          <w:lang w:val="es-PE"/>
        </w:rPr>
        <w:t xml:space="preserve">Por: </w:t>
      </w:r>
      <w:r w:rsidR="00000000" w:rsidRPr="00DD6770">
        <w:rPr>
          <w:color w:val="000000" w:themeColor="text1"/>
          <w:lang w:val="es-PE"/>
        </w:rPr>
        <w:t xml:space="preserve"> (solo si aplica)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El postulante cuenta con la recomendación de los siguientes miembros activos de APLAMEQ:</w:t>
      </w:r>
      <w:r w:rsidRPr="00DD6770">
        <w:rPr>
          <w:color w:val="000000" w:themeColor="text1"/>
          <w:lang w:val="es-PE"/>
        </w:rPr>
        <w:br/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1. Nombre y Firma: ______________________________________________</w:t>
      </w:r>
    </w:p>
    <w:p w:rsidR="004D67F4" w:rsidRPr="00DD6770" w:rsidRDefault="00000000">
      <w:pPr>
        <w:rPr>
          <w:color w:val="000000" w:themeColor="text1"/>
          <w:lang w:val="es-PE"/>
        </w:rPr>
      </w:pPr>
      <w:r w:rsidRPr="00DD6770">
        <w:rPr>
          <w:color w:val="000000" w:themeColor="text1"/>
          <w:lang w:val="es-PE"/>
        </w:rPr>
        <w:t>2. Nombre y Firma: ______________________________________________</w:t>
      </w:r>
    </w:p>
    <w:p w:rsidR="004D67F4" w:rsidRPr="00DD6770" w:rsidRDefault="00000000">
      <w:pPr>
        <w:rPr>
          <w:lang w:val="es-PE"/>
        </w:rPr>
      </w:pPr>
      <w:r w:rsidRPr="00DD6770">
        <w:rPr>
          <w:color w:val="000000" w:themeColor="text1"/>
          <w:lang w:val="es-PE"/>
        </w:rPr>
        <w:br/>
        <w:t xml:space="preserve">(En caso de no contar con </w:t>
      </w:r>
      <w:r w:rsidR="00D33E98">
        <w:rPr>
          <w:color w:val="000000" w:themeColor="text1"/>
          <w:lang w:val="es-PE"/>
        </w:rPr>
        <w:t>recomendación</w:t>
      </w:r>
      <w:r w:rsidRPr="00DD6770">
        <w:rPr>
          <w:color w:val="000000" w:themeColor="text1"/>
          <w:lang w:val="es-PE"/>
        </w:rPr>
        <w:t>, dejar en blanco este espacio)</w:t>
      </w:r>
      <w:r w:rsidRPr="00DD6770">
        <w:rPr>
          <w:lang w:val="es-PE"/>
        </w:rPr>
        <w:br/>
      </w:r>
    </w:p>
    <w:sectPr w:rsidR="004D67F4" w:rsidRPr="00DD6770" w:rsidSect="00DD6770">
      <w:pgSz w:w="12240" w:h="15840"/>
      <w:pgMar w:top="1132" w:right="1226" w:bottom="1179" w:left="13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308822">
    <w:abstractNumId w:val="8"/>
  </w:num>
  <w:num w:numId="2" w16cid:durableId="2006397073">
    <w:abstractNumId w:val="6"/>
  </w:num>
  <w:num w:numId="3" w16cid:durableId="1540434671">
    <w:abstractNumId w:val="5"/>
  </w:num>
  <w:num w:numId="4" w16cid:durableId="218058353">
    <w:abstractNumId w:val="4"/>
  </w:num>
  <w:num w:numId="5" w16cid:durableId="302740974">
    <w:abstractNumId w:val="7"/>
  </w:num>
  <w:num w:numId="6" w16cid:durableId="1324510696">
    <w:abstractNumId w:val="3"/>
  </w:num>
  <w:num w:numId="7" w16cid:durableId="618032242">
    <w:abstractNumId w:val="2"/>
  </w:num>
  <w:num w:numId="8" w16cid:durableId="2038725846">
    <w:abstractNumId w:val="1"/>
  </w:num>
  <w:num w:numId="9" w16cid:durableId="141558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D67F4"/>
    <w:rsid w:val="00AA1D8D"/>
    <w:rsid w:val="00B47730"/>
    <w:rsid w:val="00CB0664"/>
    <w:rsid w:val="00D33E98"/>
    <w:rsid w:val="00DD6770"/>
    <w:rsid w:val="00E91F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647399"/>
  <w14:defaultImageDpi w14:val="300"/>
  <w15:docId w15:val="{C2993410-302F-8C4C-B309-1C82CA4F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2</cp:revision>
  <dcterms:created xsi:type="dcterms:W3CDTF">2025-10-23T23:56:00Z</dcterms:created>
  <dcterms:modified xsi:type="dcterms:W3CDTF">2025-10-23T23:56:00Z</dcterms:modified>
  <cp:category/>
</cp:coreProperties>
</file>